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🔐 דף תרגול: קוד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בדיקת הבנה מהירה. נושאים: 🌾 חג הסיגד, 🕎 כסליו–חנוכה.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פותחים את הקוד: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שהגובה מסמל קרבה לשמיים ומזכיר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שהנהגתם שיתפה את כל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א – הגעגוע הפך לשמחה של הגעה ולהודיה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ד – כי חלום משותף חיבר את הקהילה ושמר על זהותה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הקוד: 2-3-1-4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נכון או לא נכון: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לא נכון – לא נכון. בחנוכייה שמונה נרות ועוד שמש; למנורת המקדש היו שבעה קנים.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לא נכון – לא נכון. „הנרות הללו” מזכירים שהנרות נועדו לראות בלבד, לא לשימוש.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שאלה לקוד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שאלה ברורה, תשובה נכונה אחת, מסיחים סבירים.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🔐 קוד יציאה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פותחים את הקוד: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ענו על השאלות. מספר האות של כל תשובה נכונה (א=1, ב=2, ג=3, ד=4) הוא ספרה בקוד.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מה אפשר להסיק מכך שהחג נחגג דווקא על פסגת הר?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שבכפר לא היה מקום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שהגובה מסמל קרבה לשמיים ומזכיר את הר סיני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שרצו להסתתר משכנים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שבהר היה מזג אוויר נעים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מה מלמד התרגום מגעז לאמהרית על סגנון ההנהגה של הקסים?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שהם שמרו את הידע לעצמם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שהם לא ידעו געז היטב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שהנהגתם שיתפה את כל הקהילה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שהקריאה לא הייתה חשובה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איזה משפט מתאר בדיוק את השינוי בחג לאחר העלייה?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הגעגוע הפך לשמחה של הגעה ולהודיה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החג בוטל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הקסים הפסיקו לקרוא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הצום הפך לחובה לכולם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מדוע אפשר לומר שהכיסופים לירושלים בנו חוסן קהילתי?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כי גרמו לאנשים לעזוב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כי הם יצרו מחלוקת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כי הם היו סוד של יחידים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כי חלום משותף חיבר את הקהילה ושמר על זהותה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🔐 הקוד שלי:   ___   ___   ___  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נכון או לא נכון: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נכון או לא נכון. תקנו כל משפט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524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נכון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לא נכון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המילים חנוכה וחינוך באות מאותו שורש.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בחנוכייה שבעה קנים, כמו במנורת המקדש.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על סביבון שנעשה מחוץ לישראל כתוב ש במקום פ.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לפי המנהג, משתמשים באור נרות החנוכה לקריאה.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חנוכה מתחילה בחודש אחד ומסתיימת בחודש אחר.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שאלה לקוד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שאלה אחת עם 3 תשובות לבחירה על אחד הנושאים, וסמנו את הנכונה.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קוד יציאה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קוד יציאה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