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3"/>
          <w:rtl/>
          <w:szCs w:val="33"/>
          <w:bCs/>
        </w:rPr>
        <w:t>🔐 דף תרגול: קוד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 עולים חדשים · חט״ב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0F172A"/>
          <w:sz w:val="27"/>
          <w:rtl/>
          <w:szCs w:val="27"/>
          <w:bCs/>
        </w:rPr>
        <w:t>מהדורה למורה – מפתח 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הדף מתרגל את המיומנות של המשחק באתר: בדיקת הבנה מהירה. נושאים: 📚 לשון, 🌍 גלובליזציה – כפר עולמי. זמן משוער: 15–25 דק׳. מסלול עולים חדשים: עברית פשוטה, משפטים קצרים ומילון קטן בראש דף התלמיד/ה.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א׳ – פותחים את הקוד: 📚 לשון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ב – כ-ת-ב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ג – כי כבר דיברנו עליה, היא מוכרת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ג – ספרים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א – תבנית אחת עוזרת לנחש משמעות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הקוד: 2-3-3-1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ב׳ – נכון או לא נכון: 🌍 גלובליזציה – כפר עולמי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1.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2. לא נכון – לא נכון. החלקים באו מכמה ארצות.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3. נכון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4. לא נכון – לא נכון. צרכן הוא אדם שקונה ומשתמש.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חלק ג׳ – שאלה לקוד הבא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0"/>
          <w:rtl/>
          <w:szCs w:val="20"/>
        </w:rPr>
        <w:t>שאלה ברורה, תשובה נכונה אחת, מסיחים סבירים.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4C1D95"/>
          <w:sz w:val="22"/>
          <w:rtl/>
          <w:szCs w:val="22"/>
          <w:bCs/>
        </w:rPr>
        <w:t>כרטיס יציאה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sz w:val="20"/>
          <w:rtl/>
          <w:szCs w:val="20"/>
        </w:rPr>
        <w:t>תשובות אישיות – לאיסוף מהיר בסוף השיעור.</w:t>
      </w:r>
    </w:p>
    <w:p>
      <w:r>
        <w:br w:type="page"/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4C1D95"/>
          <w:sz w:val="31"/>
          <w:rtl/>
          <w:szCs w:val="31"/>
          <w:bCs/>
        </w:rPr>
        <w:t>🔐 קוד יציאה – דף תרגול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color w:val="C2410C"/>
          <w:sz w:val="23"/>
          <w:rtl/>
          <w:szCs w:val="23"/>
          <w:bCs/>
        </w:rPr>
        <w:t>מסלול: עולים חדשים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75"/>
        <w:gridCol w:w="3475"/>
        <w:gridCol w:w="3475"/>
      </w:tblGrid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שם: ________________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כיתה: ______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תאריך: __________</w:t>
            </w:r>
          </w:p>
        </w:tc>
      </w:tr>
    </w:tbl>
    <w:p>
      <w:pPr>
        <w:bidi/>
        <w:spacing w:after="2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b/>
          <w:color w:val="15803D"/>
          <w:sz w:val="23"/>
          <w:rtl/>
          <w:szCs w:val="23"/>
          <w:bCs/>
        </w:rPr>
        <w:t>📘 מילון קטן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עברית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English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Русский</w:t>
            </w:r>
          </w:p>
        </w:tc>
        <w:tc>
          <w:tcPr>
            <w:tcW w:type="dxa" w:w="2523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العربية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מכתב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letter (mail)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письмо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رسالة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כתובת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address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адрес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عنوان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מעטפה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envelope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конверт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مغلّف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דואר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post office / mail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почта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بريد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אולפן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Hebrew language school (ulpan)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ульпан (школа иврита)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أولبان (مدرسة لتعليم العبرية)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מאפייה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bakery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пекарня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مخبز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כתר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crown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корона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تاج</w:t>
            </w:r>
          </w:p>
        </w:tc>
      </w:tr>
      <w:tr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עיתון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newspaper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газета</w:t>
            </w:r>
          </w:p>
        </w:tc>
        <w:tc>
          <w:tcPr>
            <w:tcW w:type="dxa" w:w="252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جريدة</w:t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א׳ – פותחים את הקוד: 📚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הקיפו תשובה. א=1, ב=2, ג=3.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1. מה השורש של המילה „מכתב”?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מ-כ-ת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כ-ת-ב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ת-ב-ה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מ-ת-ב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2. „ביקרנו בספרייה. הספרייה הייתה שקטה.” למה במשפט השני כתוב „הספרייה”?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כי זו ספרייה חדשה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כי זו מילה ברבים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כי כבר דיברנו עליה, היא מוכרת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כי זו טעות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3. איזה צירוף נכון?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ספרים חדשה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ספרייה חדש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ספרים חדשים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ספרייה חדשים</w:t>
      </w:r>
    </w:p>
    <w:p>
      <w:pPr>
        <w:bidi/>
        <w:spacing w:after="40"/>
        <w:jc w:val="right"/>
      </w:pPr>
    </w:p>
    <w:p>
      <w:pPr>
        <w:bidi/>
        <w:spacing w:after="20"/>
        <w:jc w:val="right"/>
      </w:pPr>
      <w:r>
        <w:rPr>
          <w:rFonts w:ascii="Arial" w:hAnsi="Arial" w:cs="Arial" w:eastAsia="Arial"/>
          <w:sz w:val="23"/>
          <w:rtl/>
          <w:szCs w:val="23"/>
        </w:rPr>
        <w:t>4. מה הרעיון המרכזי של תבנית (משקל) במילים?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א. תבנית אחת עוזרת לנחש משמעות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ב. כל המילים אותו דבר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ג. אין חשיבות לתבנית</w:t>
      </w:r>
    </w:p>
    <w:p>
      <w:pPr>
        <w:bidi/>
        <w:spacing w:after="0"/>
        <w:jc w:val="right"/>
      </w:pPr>
      <w:r>
        <w:rPr>
          <w:rFonts w:ascii="Arial" w:hAnsi="Arial" w:cs="Arial" w:eastAsia="Arial"/>
          <w:sz w:val="23"/>
          <w:rtl/>
          <w:szCs w:val="23"/>
        </w:rPr>
        <w:t xml:space="preserve">      ד. תבנית היא רק לפעלים</w:t>
      </w:r>
    </w:p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sz w:val="23"/>
          <w:rtl/>
          <w:szCs w:val="23"/>
        </w:rPr>
        <w:t>🔐 הקוד שלי:   ___   ___   ___   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ב׳ – נכון או לא נכון: 🌍 גלובליזציה – כפר עולמי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סמנו ✓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606"/>
        <w:gridCol w:w="2606"/>
        <w:gridCol w:w="2606"/>
        <w:gridCol w:w="2606"/>
      </w:tblGrid>
      <w:tr>
        <w:tc>
          <w:tcPr>
            <w:tcW w:type="dxa" w:w="524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המשפט</w:t>
            </w:r>
          </w:p>
        </w:tc>
        <w:tc>
          <w:tcPr>
            <w:tcW w:type="dxa" w:w="90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נכון</w:t>
            </w:r>
          </w:p>
        </w:tc>
        <w:tc>
          <w:tcPr>
            <w:tcW w:type="dxa" w:w="908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לא נכון</w:t>
            </w:r>
          </w:p>
        </w:tc>
        <w:tc>
          <w:tcPr>
            <w:tcW w:type="dxa" w:w="3027"/>
            <w:shd w:val="clear" w:color="auto" w:fill="EDE9FE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1"/>
                <w:rtl/>
                <w:szCs w:val="21"/>
                <w:bCs/>
              </w:rPr>
              <w:t>התיקון</w:t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1. מכולה יכולה לנסוע באונייה וגם ברכבת.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2. כל חלקי הטלפון של יעל באו מארץ אחת.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3. נמל נמצא על חוף הים.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  <w:tr>
        <w:tc>
          <w:tcPr>
            <w:tcW w:type="dxa" w:w="524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4. צרכן הוא אדם שבונה אוניות.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908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  <w:t>☐</w:t>
            </w:r>
          </w:p>
        </w:tc>
        <w:tc>
          <w:tcPr>
            <w:tcW w:type="dxa" w:w="302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1"/>
                <w:rtl/>
                <w:szCs w:val="21"/>
              </w:rPr>
            </w:r>
          </w:p>
        </w:tc>
      </w:tr>
    </w:tbl>
    <w:p>
      <w:pPr>
        <w:bidi/>
        <w:spacing w:after="20"/>
        <w:jc w:val="right"/>
      </w:pP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C2410C"/>
          <w:sz w:val="27"/>
          <w:rtl/>
          <w:szCs w:val="27"/>
          <w:bCs/>
        </w:rPr>
        <w:t>חלק ג׳ – שאלה לקוד הבא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b/>
          <w:sz w:val="23"/>
          <w:rtl/>
          <w:szCs w:val="23"/>
          <w:bCs/>
        </w:rPr>
        <w:t>✏️ כתבו שאלה אחת ותשובה.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spacing w:after="60"/>
        <w:jc w:val="right"/>
      </w:pPr>
      <w:r>
        <w:rPr>
          <w:rFonts w:ascii="Arial" w:hAnsi="Arial" w:cs="Arial" w:eastAsia="Arial"/>
          <w:color w:val="94A3B8"/>
          <w:sz w:val="23"/>
          <w:rtl/>
          <w:szCs w:val="23"/>
        </w:rPr>
        <w:t>________________________________________________________________</w:t>
      </w:r>
    </w:p>
    <w:p>
      <w:pPr>
        <w:bidi/>
        <w:pStyle w:val="Heading1"/>
        <w:spacing w:after="60" w:before="180"/>
        <w:jc w:val="right"/>
      </w:pPr>
      <w:r>
        <w:rPr>
          <w:rFonts w:ascii="Arial" w:hAnsi="Arial" w:cs="Arial" w:eastAsia="Arial"/>
          <w:b/>
          <w:color w:val="B45309"/>
          <w:sz w:val="27"/>
          <w:rtl/>
          <w:szCs w:val="27"/>
          <w:bCs/>
        </w:rPr>
        <w:t>כרטיס יציאה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426"/>
      </w:tblGrid>
      <w:tr>
        <w:tc>
          <w:tcPr>
            <w:tcW w:type="dxa" w:w="10426"/>
            <w:shd w:val="clear" w:color="auto" w:fill="FFFBEB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b/>
                <w:sz w:val="23"/>
                <w:rtl/>
                <w:szCs w:val="23"/>
                <w:bCs/>
              </w:rPr>
              <w:t>🎟️ כרטיס יציאה – קוד יציאה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✍️ משהו אחד שלמדתי: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❓ שאלה שלי: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color w:val="94A3B8"/>
                <w:sz w:val="23"/>
                <w:rtl/>
                <w:szCs w:val="23"/>
              </w:rPr>
              <w:t>__________________________________________________________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sz w:val="23"/>
                <w:rtl/>
                <w:szCs w:val="23"/>
              </w:rPr>
              <w:t>🙂 עד כמה הבנתי? הקיפו:   😀   🙂   😐   😟</w:t>
            </w:r>
          </w:p>
        </w:tc>
      </w:tr>
    </w:tbl>
    <w:p>
      <w:pPr>
        <w:bidi/>
        <w:spacing w:after="40"/>
        <w:jc w:val="right"/>
      </w:pPr>
    </w:p>
    <w:p>
      <w:pPr>
        <w:bidi/>
        <w:spacing w:after="40"/>
        <w:jc w:val="right"/>
      </w:pPr>
      <w:r>
        <w:rPr>
          <w:rFonts w:ascii="Arial" w:hAnsi="Arial" w:cs="Arial" w:eastAsia="Arial"/>
          <w:color w:val="64748B"/>
          <w:sz w:val="18"/>
          <w:rtl/>
          <w:szCs w:val="18"/>
        </w:rPr>
        <w:t>יצרה: רוית ראש בן ישי · משחקי טקסט ומשימות – דף תרגול</w:t>
      </w:r>
    </w:p>
    <w:sectPr w:rsidR="00FC693F" w:rsidRPr="0006063C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="Arial" w:hAnsi="Arial" w:cs="Arial" w:eastAsia="Arial"/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 – קוד יציאה – עולים חדשים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