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📒 דף תרגול: אלבום "ידעתם?"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 רגיל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ידע עולם, סקרנות. נושאים: 🕎 כסליו–חנוכה, 🌾 חג הסיגד. זמן משוער: 15–25 דק׳. מסלול רגיל.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נכון או לא נכון: 🕎 כסליו–חנוכה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לא נכון – לא נכון. בחנוכייה שמונה נרות ועוד שמש; למנורת המקדש היו שבעה קנים.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לא נכון – לא נכון. „הנרות הללו” מזכירים שהנרות נועדו לראות בלבד, לא לשימוש.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5.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שאלות הבנה: 🌾 חג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ב – שהגובה מסמל קרבה לשמיים ומזכיר את הר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ג – שהנהגתם שיתפה את כל הקהילה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א – הגעגוע הפך לשמחה של הגעה ולהודיה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קלפי "ידעתם?"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אישי: נימוק + שאלת המשך.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📒 אלבום "ידעתם?"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מסלול: רגיל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א׳ – נכון או לא נכון: 🕎 כסליו–חנוכה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סמנו נכון או לא נכון. תקנו כל משפט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5247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המשפט</w:t>
            </w:r>
          </w:p>
        </w:tc>
        <w:tc>
          <w:tcPr>
            <w:tcW w:type="dxa" w:w="90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נכון</w:t>
            </w:r>
          </w:p>
        </w:tc>
        <w:tc>
          <w:tcPr>
            <w:tcW w:type="dxa" w:w="90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לא נכון</w:t>
            </w:r>
          </w:p>
        </w:tc>
        <w:tc>
          <w:tcPr>
            <w:tcW w:type="dxa" w:w="3027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התיקון</w:t>
            </w:r>
          </w:p>
        </w:tc>
      </w:tr>
      <w:tr>
        <w:tc>
          <w:tcPr>
            <w:tcW w:type="dxa" w:w="524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המילים חנוכה וחינוך באות מאותו שורש.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524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בחנוכייה שבעה קנים, כמו במנורת המקדש.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524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על סביבון שנעשה מחוץ לישראל כתוב ש במקום פ.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524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לפי המנהג, משתמשים באור נרות החנוכה לקריאה.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524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חנוכה מתחילה בחודש אחד ומסתיימת בחודש אחר.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ב׳ – שאלות הבנה: 🌾 חג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1. מה אפשר להסיק מכך שהחג נחגג דווקא על פסגת הר?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שבכפר לא היה מקום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שהגובה מסמל קרבה לשמיים ומזכיר את הר סיני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שרצו להסתתר משכנים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שבהר היה מזג אוויר נעים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2. מה מלמד התרגום מגעז לאמהרית על סגנון ההנהגה של הקסים?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שהם שמרו את הידע לעצמם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שהם לא ידעו געז היטב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שהנהגתם שיתפה את כל הקהילה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שהקריאה לא הייתה חשובה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3. איזה משפט מתאר בדיוק את השינוי בחג לאחר העלייה?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הגעגוע הפך לשמחה של הגעה ולהודיה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החג בוטל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הקסים הפסיקו לקרוא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הצום הפך לחובה לכולם</w:t>
      </w:r>
    </w:p>
    <w:p>
      <w:pPr>
        <w:bidi/>
        <w:spacing w:after="4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ג׳ – קלפי "ידעתם?"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קראו את הקלפים. בחרו את העובדה שהכי הפתיעה אתכם, כתבו למה, ומה הייתם רוצים לברר עוד.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DCFCE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💡 ידעתם?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בכל ימי החג מדליקים יחד 44 נרות – 36 נרות ועוד 8 שמשים.</w:t>
            </w:r>
          </w:p>
        </w:tc>
      </w:tr>
    </w:tbl>
    <w:p>
      <w:pPr>
        <w:bidi/>
        <w:spacing w:after="2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DCFCE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💡 ידעתם?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המילה חנוכה והמילה חינוך באות מאותו שורש, ח-נ-ך.</w:t>
            </w:r>
          </w:p>
        </w:tc>
      </w:tr>
    </w:tbl>
    <w:p>
      <w:pPr>
        <w:bidi/>
        <w:spacing w:after="2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DCFCE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💡 ידעתם?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חנוכה הוא החג היהודי היחיד שמתחיל בחודש אחד ומסתיים בחודש אחר.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אלבום "ידעתם?"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דבר אחד חשוב שלמדתי היום: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אחת שעדיין נשארה 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אלבום "ידעתם?" –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