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📒 דף תרגול: אלבום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ידע עולם, סקרנות. נושאים: 🌍 גלובליזציה – כפר עולמי,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נכון או לא נכון: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החלקים באו מכמה ארצות.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צרכן הוא אדם שקונה ומשתמש.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שאלות הבנה: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כי כבר דיברנו עליה, היא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ספרים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קלפי "ידעתם?"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אישי: נימוק + שאלת המשך.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📒 אלבום "ידעתם?"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מפעל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factory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завод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مصنع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עובדים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workers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рабочие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عمّال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בד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fabric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ткань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قماش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אונייה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ship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корабль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سفينة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נמל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port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ميناء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מוזיקה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music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музыка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موسيقى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language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язык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لغة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מסורת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tradition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традиция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تقليد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נכון או לא נכון: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מכולה יכולה לנסוע באונייה וגם ברכבת.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כל חלקי הטלפון של יעל באו מארץ אחת.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נמל נמצא על חוף הים.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צרכן הוא אדם שבונה אוניות.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שאלות הבנה: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השורש של המילה „מכתב”?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מ-כ-ת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כ-ת-ב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ת-ב-ה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מ-ת-ב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„ביקרנו בספרייה. הספרייה הייתה שקטה.” למה במשפט השני כתוב „הספרייה”?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כי זו ספרייה חדשה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זו מילה ברבים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כבר דיברנו עליה, היא מוכרת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זו טעות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איזה צירוף נכון?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ספרים חדשה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ספרייה חדש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ספרים חדשים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ספרייה חדשים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קלפי "ידעתם?"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איזו עובדה הכי מעניינת? למה?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רוב הסחורה בעולם נוסעת בים.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מכולה יכולה לעבור מאונייה לרכבת ולמשאית בלי לפרוק אותה.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אלבום "ידעתם?"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אלבום "ידעתם?"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