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📒 דף תרגול: אלבום "ידעתם?"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ידע עולם, סקרנות. נושאים: 📚 לשון,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נכון או לא נכון: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לא נכון – לא. כותבים „בספרייה”.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שאלות הבנה: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א – אותו שורש: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ב – כדי שכולם יראו את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קלפי "ידעתם?"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אישי: נימוק + שאלת המשך.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📒 אלבום "ידעתם?"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נכון או לא נכון: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✓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807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המשפט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📚 ספר וספרייה – אותו שורש.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👉 כותבים „בהספרייה”.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🎨 „ספרייה חדשה” – התאמה נכונה.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שאלות הבנה: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הקיפו 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מה הקשר בין חנוכה לחינוך?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אותו שורש: ח-נ-ך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אין קשר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שניהם בקיץ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למה שמים את החנוכייה בחלון?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כדי שיהיה חם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כדי שכולם יראו את האור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כי אין מקום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קלפי "ידעתם?"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איזו עובדה הכי מעניינת? למה?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🔑 מפתח, מסרק, מחשב – כולם כלים באותה תבנית.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🔗 בסמיכות ה״א באה על המילה השנייה: בית הספר.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אלבום "ידעתם?"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אלבום "ידעתם?"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